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b w:val="0"/>
          <w:i/>
          <w:color w:val="6E6E6E"/>
          <w:sz w:val="20"/>
        </w:rPr>
        <w:t>Образец блога Алпатыча (alpatych.ru/blog/sudebnyy-prikaz-snt/). Заполните поля в квадратных скобках, сверьте с уставом и решениями собрания своего товарищества. Этот абзац удалите перед печатью.</w:t>
      </w:r>
    </w:p>
    <w:p>
      <w:pPr>
        <w:spacing w:after="0"/>
        <w:ind w:left="4819"/>
      </w:pPr>
      <w:r>
        <w:rPr>
          <w:b/>
          <w:i w:val="0"/>
        </w:rPr>
        <w:t>Мировому судье судебного участка № [__]</w:t>
      </w:r>
    </w:p>
    <w:p>
      <w:pPr>
        <w:spacing w:after="0"/>
        <w:ind w:left="4819"/>
      </w:pPr>
      <w:r>
        <w:rPr>
          <w:b w:val="0"/>
          <w:i w:val="0"/>
        </w:rPr>
        <w:t>[район, город]</w:t>
      </w:r>
    </w:p>
    <w:p>
      <w:pPr>
        <w:spacing w:after="0"/>
        <w:ind w:left="4819"/>
      </w:pPr>
      <w:r>
        <w:rPr>
          <w:b w:val="0"/>
          <w:i w:val="0"/>
        </w:rPr>
        <w:t>[адрес судебного участка]</w:t>
      </w:r>
    </w:p>
    <w:p>
      <w:pPr>
        <w:spacing w:after="0"/>
        <w:ind w:left="4819"/>
      </w:pPr>
      <w:r>
        <w:rPr>
          <w:b w:val="0"/>
          <w:i w:val="0"/>
        </w:rPr>
      </w:r>
    </w:p>
    <w:p>
      <w:pPr>
        <w:spacing w:after="0"/>
        <w:ind w:left="4819"/>
      </w:pPr>
      <w:r>
        <w:rPr>
          <w:b/>
          <w:i w:val="0"/>
        </w:rPr>
        <w:t>Взыскатель:</w:t>
      </w:r>
    </w:p>
    <w:p>
      <w:pPr>
        <w:spacing w:after="0"/>
        <w:ind w:left="4819"/>
      </w:pPr>
      <w:r>
        <w:rPr>
          <w:b w:val="0"/>
          <w:i w:val="0"/>
        </w:rPr>
        <w:t>Садоводческое некоммерческое товарищество «[название]»</w:t>
      </w:r>
    </w:p>
    <w:p>
      <w:pPr>
        <w:spacing w:after="0"/>
        <w:ind w:left="4819"/>
      </w:pPr>
      <w:r>
        <w:rPr>
          <w:b w:val="0"/>
          <w:i w:val="0"/>
        </w:rPr>
        <w:t>ИНН [__________], ОГРН [_____________]</w:t>
      </w:r>
    </w:p>
    <w:p>
      <w:pPr>
        <w:spacing w:after="0"/>
        <w:ind w:left="4819"/>
      </w:pPr>
      <w:r>
        <w:rPr>
          <w:b w:val="0"/>
          <w:i w:val="0"/>
        </w:rPr>
        <w:t>адрес: [__________]</w:t>
      </w:r>
    </w:p>
    <w:p>
      <w:pPr>
        <w:spacing w:after="0"/>
        <w:ind w:left="4819"/>
      </w:pPr>
      <w:r>
        <w:rPr>
          <w:b w:val="0"/>
          <w:i w:val="0"/>
        </w:rPr>
        <w:t>в лице председателя [Фамилия Имя Отчество], действующего на основании устава</w:t>
      </w:r>
    </w:p>
    <w:p>
      <w:pPr>
        <w:spacing w:after="0"/>
        <w:ind w:left="4819"/>
      </w:pPr>
      <w:r>
        <w:rPr>
          <w:b w:val="0"/>
          <w:i w:val="0"/>
        </w:rPr>
        <w:t>телефон: [__________], e-mail: [__________]</w:t>
      </w:r>
    </w:p>
    <w:p>
      <w:pPr>
        <w:spacing w:after="0"/>
        <w:ind w:left="4819"/>
      </w:pPr>
      <w:r>
        <w:rPr>
          <w:b w:val="0"/>
          <w:i w:val="0"/>
        </w:rPr>
      </w:r>
    </w:p>
    <w:p>
      <w:pPr>
        <w:spacing w:after="0"/>
        <w:ind w:left="4819"/>
      </w:pPr>
      <w:r>
        <w:rPr>
          <w:b/>
          <w:i w:val="0"/>
        </w:rPr>
        <w:t>Должник:</w:t>
      </w:r>
    </w:p>
    <w:p>
      <w:pPr>
        <w:spacing w:after="0"/>
        <w:ind w:left="4819"/>
      </w:pPr>
      <w:r>
        <w:rPr>
          <w:b w:val="0"/>
          <w:i w:val="0"/>
        </w:rPr>
        <w:t>[Фамилия Имя Отчество]</w:t>
      </w:r>
    </w:p>
    <w:p>
      <w:pPr>
        <w:spacing w:after="0"/>
        <w:ind w:left="4819"/>
      </w:pPr>
      <w:r>
        <w:rPr>
          <w:b w:val="0"/>
          <w:i w:val="0"/>
        </w:rPr>
        <w:t>дата и место рождения: [__________] (если неизвестны — так и указать)</w:t>
      </w:r>
    </w:p>
    <w:p>
      <w:pPr>
        <w:spacing w:after="0"/>
        <w:ind w:left="4819"/>
      </w:pPr>
      <w:r>
        <w:rPr>
          <w:b w:val="0"/>
          <w:i w:val="0"/>
        </w:rPr>
        <w:t>место жительства: [__________]</w:t>
      </w:r>
    </w:p>
    <w:p>
      <w:pPr>
        <w:spacing w:after="0"/>
        <w:ind w:left="4819"/>
      </w:pPr>
      <w:r>
        <w:rPr>
          <w:b w:val="0"/>
          <w:i w:val="0"/>
        </w:rPr>
        <w:t>идентификатор: СНИЛС / ИНН / серия и номер паспорта — [__________] (если неизвестен — так и указать)</w:t>
      </w:r>
    </w:p>
    <w:p>
      <w:pPr>
        <w:spacing w:after="0"/>
        <w:ind w:left="4819"/>
      </w:pPr>
      <w:r>
        <w:rPr>
          <w:b w:val="0"/>
          <w:i w:val="0"/>
        </w:rPr>
      </w:r>
    </w:p>
    <w:p>
      <w:pPr>
        <w:spacing w:after="0"/>
        <w:ind w:left="4819"/>
      </w:pPr>
      <w:r>
        <w:rPr>
          <w:b/>
          <w:i w:val="0"/>
        </w:rPr>
        <w:t>Сумма требования: [_______] руб.</w:t>
      </w:r>
    </w:p>
    <w:p>
      <w:pPr>
        <w:spacing w:after="0"/>
        <w:ind w:left="4819"/>
      </w:pPr>
      <w:r>
        <w:rPr>
          <w:b w:val="0"/>
          <w:i w:val="0"/>
        </w:rPr>
        <w:t>Государственная пошлина: [_______] руб.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0"/>
        <w:jc w:val="center"/>
      </w:pPr>
      <w:r>
        <w:rPr>
          <w:b/>
          <w:i w:val="0"/>
        </w:rPr>
        <w:t>ЗАЯВЛЕНИЕ</w:t>
      </w:r>
    </w:p>
    <w:p>
      <w:pPr>
        <w:spacing w:after="240"/>
        <w:jc w:val="center"/>
      </w:pPr>
      <w:r>
        <w:rPr>
          <w:b/>
          <w:i w:val="0"/>
        </w:rPr>
        <w:t>о вынесении судебного приказа о взыскании задолженности по членским взносам и пеней</w:t>
      </w:r>
    </w:p>
    <w:p>
      <w:pPr>
        <w:spacing w:after="120"/>
        <w:ind w:firstLine="709"/>
        <w:jc w:val="both"/>
      </w:pPr>
      <w:r>
        <w:rPr>
          <w:b w:val="0"/>
          <w:i w:val="0"/>
        </w:rPr>
        <w:t>[Фамилия И. О.] является собственником земельного участка № [__] с кадастровым номером [__________], расположенного в границах территории садоводства СНТ «[название]», и с [дата] — членом товарищества, что подтверждается выпиской из реестра членов товарищества.</w:t>
      </w:r>
    </w:p>
    <w:p>
      <w:pPr>
        <w:spacing w:after="120"/>
        <w:ind w:firstLine="709"/>
        <w:jc w:val="both"/>
      </w:pPr>
      <w:r>
        <w:rPr>
          <w:b w:val="0"/>
          <w:i w:val="0"/>
        </w:rPr>
        <w:t>Согласно ч. 3 ст. 14 Федерального закона от 29.07.2017 № 217-ФЗ членские взносы вносятся членами товарищества в порядке, установленном уставом товарищества, на расчётный счёт товарищества. Размер и срок внесения членских взносов утверждены решениями общего собрания членов товарищества: [дата] (протокол № [__]) — [____] руб. [в месяц / в год] со сроком уплаты [__________]; [дата] (протокол № [__]) — [____] руб. [в месяц / в год] со сроком уплаты [__________].</w:t>
      </w:r>
    </w:p>
    <w:p>
      <w:pPr>
        <w:spacing w:after="120"/>
        <w:ind w:firstLine="709"/>
        <w:jc w:val="both"/>
      </w:pPr>
      <w:r>
        <w:rPr>
          <w:b w:val="0"/>
          <w:i w:val="0"/>
        </w:rPr>
        <w:t>Пунктом [__] устава товарищества в соответствии с ч. 9 ст. 14 Федерального закона № 217-ФЗ установлены пени за несвоевременную уплату взносов в размере [___] % от суммы задолженности за каждый день просрочки.</w:t>
      </w:r>
    </w:p>
    <w:p>
      <w:pPr>
        <w:spacing w:after="120"/>
        <w:ind w:firstLine="709"/>
        <w:jc w:val="both"/>
      </w:pPr>
      <w:r>
        <w:rPr>
          <w:b w:val="0"/>
          <w:i w:val="0"/>
        </w:rPr>
        <w:t>Должник обязанность по уплате членских взносов не исполнил. За период с [дата] по [дата] задолженность по членским взносам составляет [_______] руб., пени за период с [дата] по [дата] — [_______] руб. Расчёт задолженности и пеней по каждому платежу прилагается.</w:t>
      </w:r>
    </w:p>
    <w:p>
      <w:pPr>
        <w:spacing w:after="120"/>
        <w:ind w:firstLine="709"/>
        <w:jc w:val="both"/>
      </w:pPr>
      <w:r>
        <w:rPr>
          <w:b w:val="0"/>
          <w:i w:val="0"/>
        </w:rPr>
        <w:t>Требование основано на документах, бесспорно и относится к требованиям о взыскании задолженности по взносам с членов товарищества собственников недвижимости (абзац одиннадцатый ст. 122 ГПК РФ); садоводческое некоммерческое товарищество является видом товарищества собственников недвижимости (ч. 3 ст. 4 Федерального закона № 217-ФЗ). Общая сумма требований не превышает пятьсот тысяч рублей.</w:t>
      </w:r>
    </w:p>
    <w:p>
      <w:pPr>
        <w:spacing w:after="120"/>
        <w:ind w:firstLine="709"/>
        <w:jc w:val="both"/>
      </w:pPr>
      <w:r>
        <w:rPr>
          <w:b w:val="0"/>
          <w:i w:val="0"/>
        </w:rPr>
        <w:t>Копия настоящего заявления с приложениями направлена должнику (ч. 4 ст. 124 ГПК РФ).</w:t>
      </w:r>
    </w:p>
    <w:p>
      <w:pPr>
        <w:spacing w:after="120"/>
        <w:ind w:firstLine="709"/>
        <w:jc w:val="both"/>
      </w:pPr>
      <w:r>
        <w:rPr>
          <w:b w:val="0"/>
          <w:i w:val="0"/>
        </w:rPr>
        <w:t>На основании изложенного, руководствуясь ст. 121–124 ГПК РФ, п. 12 ч. 7 ст. 18 Федерального закона № 217-ФЗ,</w:t>
      </w:r>
    </w:p>
    <w:p>
      <w:pPr>
        <w:spacing w:after="120"/>
        <w:jc w:val="center"/>
      </w:pPr>
      <w:r>
        <w:rPr>
          <w:b/>
          <w:i w:val="0"/>
        </w:rPr>
        <w:t>ПРОШУ:</w:t>
      </w:r>
    </w:p>
    <w:p>
      <w:pPr>
        <w:spacing w:after="80"/>
        <w:ind w:firstLine="709"/>
        <w:jc w:val="both"/>
      </w:pPr>
      <w:r>
        <w:rPr>
          <w:b w:val="0"/>
          <w:i w:val="0"/>
        </w:rPr>
        <w:t>Вынести судебный приказ о взыскании с [Фамилия Имя Отчество] в пользу СНТ «[название]»:</w:t>
      </w:r>
    </w:p>
    <w:p>
      <w:pPr>
        <w:spacing w:after="40"/>
        <w:ind w:left="709"/>
      </w:pPr>
      <w:r>
        <w:rPr>
          <w:b w:val="0"/>
          <w:i w:val="0"/>
        </w:rPr>
        <w:t>1) задолженности по членским взносам за период с [дата] по [дата] — [_______] руб.;</w:t>
      </w:r>
    </w:p>
    <w:p>
      <w:pPr>
        <w:spacing w:after="40"/>
        <w:ind w:left="709"/>
      </w:pPr>
      <w:r>
        <w:rPr>
          <w:b w:val="0"/>
          <w:i w:val="0"/>
        </w:rPr>
        <w:t>2) пеней за период с [дата] по [дата] — [_______] руб.;</w:t>
      </w:r>
    </w:p>
    <w:p>
      <w:pPr>
        <w:spacing w:after="40"/>
        <w:ind w:left="709"/>
      </w:pPr>
      <w:r>
        <w:rPr>
          <w:b w:val="0"/>
          <w:i w:val="0"/>
        </w:rPr>
        <w:t>3) расходов по уплате государственной пошлины — [_______] руб.</w:t>
      </w:r>
    </w:p>
    <w:p>
      <w:pPr>
        <w:spacing w:after="120"/>
      </w:pPr>
      <w:r>
        <w:rPr>
          <w:b w:val="0"/>
          <w:i w:val="0"/>
        </w:rPr>
      </w:r>
    </w:p>
    <w:p>
      <w:pPr>
        <w:spacing w:after="80"/>
      </w:pPr>
      <w:r>
        <w:rPr>
          <w:b/>
          <w:i w:val="0"/>
        </w:rPr>
        <w:t>Приложения:</w:t>
      </w:r>
    </w:p>
    <w:p>
      <w:pPr>
        <w:spacing w:after="40"/>
        <w:ind w:left="340"/>
      </w:pPr>
      <w:r>
        <w:rPr>
          <w:b w:val="0"/>
          <w:i w:val="0"/>
        </w:rPr>
        <w:t>1. Документ об уплате государственной пошлины.</w:t>
      </w:r>
    </w:p>
    <w:p>
      <w:pPr>
        <w:spacing w:after="40"/>
        <w:ind w:left="340"/>
      </w:pPr>
      <w:r>
        <w:rPr>
          <w:b w:val="0"/>
          <w:i w:val="0"/>
        </w:rPr>
        <w:t>2. Документы, подтверждающие направление должнику копии заявления и приложений (почтовая квитанция с описью вложения или уведомление о вручении).</w:t>
      </w:r>
    </w:p>
    <w:p>
      <w:pPr>
        <w:spacing w:after="40"/>
        <w:ind w:left="340"/>
      </w:pPr>
      <w:r>
        <w:rPr>
          <w:b w:val="0"/>
          <w:i w:val="0"/>
        </w:rPr>
        <w:t>3. Расчёт задолженности по членским взносам и пеней по каждому платежу.</w:t>
      </w:r>
    </w:p>
    <w:p>
      <w:pPr>
        <w:spacing w:after="40"/>
        <w:ind w:left="340"/>
      </w:pPr>
      <w:r>
        <w:rPr>
          <w:b w:val="0"/>
          <w:i w:val="0"/>
        </w:rPr>
        <w:t>4. Копия устава товарищества.</w:t>
      </w:r>
    </w:p>
    <w:p>
      <w:pPr>
        <w:spacing w:after="40"/>
        <w:ind w:left="340"/>
      </w:pPr>
      <w:r>
        <w:rPr>
          <w:b w:val="0"/>
          <w:i w:val="0"/>
        </w:rPr>
        <w:t>5. Копии протоколов общих собраний об утверждении размера и срока внесения взносов (с приходно-расходной сметой и финансово-экономическим обоснованием).</w:t>
      </w:r>
    </w:p>
    <w:p>
      <w:pPr>
        <w:spacing w:after="40"/>
        <w:ind w:left="340"/>
      </w:pPr>
      <w:r>
        <w:rPr>
          <w:b w:val="0"/>
          <w:i w:val="0"/>
        </w:rPr>
        <w:t>6. Выписка из реестра членов товарищества в отношении должника.</w:t>
      </w:r>
    </w:p>
    <w:p>
      <w:pPr>
        <w:spacing w:after="40"/>
        <w:ind w:left="340"/>
      </w:pPr>
      <w:r>
        <w:rPr>
          <w:b w:val="0"/>
          <w:i w:val="0"/>
        </w:rPr>
        <w:t>7. Выписка из ЕГРН на земельный участок (при наличии).</w:t>
      </w:r>
    </w:p>
    <w:p>
      <w:pPr>
        <w:spacing w:after="40"/>
        <w:ind w:left="340"/>
      </w:pPr>
      <w:r>
        <w:rPr>
          <w:b w:val="0"/>
          <w:i w:val="0"/>
        </w:rPr>
        <w:t>8. Копия протокола об избрании председателя товарищества (или доверенность представителя).</w:t>
      </w:r>
    </w:p>
    <w:p>
      <w:pPr>
        <w:spacing w:after="40"/>
        <w:ind w:left="340"/>
      </w:pPr>
      <w:r>
        <w:rPr>
          <w:b w:val="0"/>
          <w:i w:val="0"/>
        </w:rPr>
        <w:t>9. Выписка из ЕГРЮЛ в отношении товарищества.</w:t>
      </w:r>
    </w:p>
    <w:p>
      <w:pPr>
        <w:spacing w:after="240"/>
      </w:pPr>
      <w:r>
        <w:rPr>
          <w:b w:val="0"/>
          <w:i w:val="0"/>
        </w:rPr>
      </w:r>
    </w:p>
    <w:p>
      <w:pPr>
        <w:spacing w:after="0"/>
      </w:pPr>
      <w:r>
        <w:rPr>
          <w:b w:val="0"/>
          <w:i w:val="0"/>
        </w:rPr>
        <w:t>Председатель СНТ «[название]»     ____________ / [Фамилия И. О.] /</w:t>
      </w:r>
    </w:p>
    <w:p>
      <w:pPr>
        <w:spacing w:after="0"/>
      </w:pPr>
      <w:r>
        <w:rPr>
          <w:b w:val="0"/>
          <w:i w:val="0"/>
          <w:color w:val="6E6E6E"/>
          <w:sz w:val="20"/>
        </w:rPr>
        <w:t>М. П. (при наличии печати)</w:t>
      </w:r>
    </w:p>
    <w:p>
      <w:pPr>
        <w:spacing w:after="0"/>
      </w:pPr>
      <w:r>
        <w:rPr>
          <w:b w:val="0"/>
          <w:i w:val="0"/>
        </w:rPr>
        <w:t>[дата]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